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המשפחה שלי – שורשים, גזע וענפים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עץ משפחה מתאר דורות במשפחה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ממשפחת השורש ג־ד־ל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 ורבים במילים הקשורות למשפחה ולעץ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עץ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הדורות הראשונים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הענפים החדשים והקטנים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קבוצת אנשים שחיים באותה תקופה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מילים ממשפחת ג־ד־ל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גדלים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הדורות במשפחה – מהישן לחדש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סבא רבא וסבתא רבתא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סבא וסבתא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אמא ואבא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חלקי עץ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(תחילת המשפחה, הדורות הראשונים)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(מחבר בין הדורות השונים)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(מסמל דור אחד בעץ)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(קבוצת אנשים שחיים באותה תקופה)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(הילד של הבן או הבת)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השורש מסמל את הדורות הראשונים, הכי ישנים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בה את האותיות ג, ד, ל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אפשר לצייר גם במעגלים או בכל צורה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הצורה הנכונה ברבים היא ענפים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הצורה הנכונה ברבים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זו ההגדרה של המילה 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יחיד 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ענפים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הדורות הראשונים במשפחה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כמו גדל, גדולה, מגדל, גודל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תמונה או ציור של עץ משפחה כדי להמחיש את התרגיל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יחד על משפחת המילים ג־ד־ל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מתאימה לשיתוף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המשפחה שלי – שורשים, גזע וענפים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לומדים שאפשר לצייר את המשפחה שלנו כמו עץ, עם שורשים, גזע וענפים, וגם מתרגלים מילים ממשפחת ג־ד־ל.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עץ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מסמל השורש בעץ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הדורות הראשונים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הילדים של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החברים של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הבית שבו 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חלק בעץ מסמל את הדור הכי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הגזע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הענפים הראשונים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הענפים החדשים והקטנים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המילה 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אנשים שחיים באותה תקופה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הילדים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שייכת למשפחת המילים ג־ד־ל?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מילים ממשפחת ג־ד־ל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העץ __________ כל שנה עוד קצת.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לסבתא יש משפחה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בנינו __________ מקוביות.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מה ה__________ של הדף?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יש לנו הרבה __________ של בגדים במשפחה.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הדורות במשפחה – מהישן לחדש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ואבא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 רבא וסבתא רבתא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 וסבתא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חלקי עץ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הילד של הבן או הבת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גזע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קבוצת אנשים שחיים באותה תקופה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ענף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תחילת המשפחה, הדורות הראשונים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מחבר בין הדורות השונים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נכד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מסמל דור אחד בעץ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בעץ המשפחה מסמל את הדור הכי חדש.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גדל שייכת למשפחת המילים ג־ד־ל.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לצייר עץ משפחה רק בצורת עץ.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ברבים ענף הופך ל ענפות.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ברבים שורש הופך ל שורשים.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דור הוא קבוצת אנשים שחיים באותה תקופה.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יחיד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ענף ברבים: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שורש ברבים: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דור ברבים: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נכדה ברבים: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עץ ברבים: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 השורש בעץ המשפחה?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ממשפחת ג־ד־ל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ברבים את המילה דור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עץ המשפחה שלי – שורשים, גזע וענפים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