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עץ משפחה מתאר דורות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ממשפחת השורש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יחיד ורבים במילים הקשורות למשפחה ולעץ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הדורות הראשונים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הענפים החדשים והקטנים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קבוצת אנשים שחיים באותה תקופה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מילים ממשפחת ג־ד־ל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הדורות במשפחה – מהישן לחדש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סבא רבא וסבתא רבתא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סבא וסבתא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אמא ואבא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– חלקי עץ המשפחה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(תחילת המשפחה, הדורות הראשונים)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(מחבר בין הדורות השונים)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(מסמל דור אחד בעץ)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(קבוצת אנשים שחיים באותה תקופה)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(הילד של הבן או הבת)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השורש מסמל את הדורות הראשונים, הכי ישנים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בה את האותיות ג, ד, ל לפי הסדר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גם במעגלים או בכל צורה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הצורה הנכונה ברבים היא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הצורה הנכונה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ההגדרה של המילה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יחיד ורבים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הדורות הראשונים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כמו גדל, גדולה, מגדל, גודל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ציור של עץ משפחה כדי להמחיש את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יחד על משפחת המילים ג־ד־ל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מתאימה לשיתוף בזוגות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עץ המשפחה שלי – שורשים, גזע וענפים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שעץ משפחה מראה את כל בני המשפחה לפי דורות. מתרגלים גם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הראשון של המילה, המשמעות המרכזית שלה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האמצעי של עץ המשפחה, מחבר בין דורות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בעץ שמסמל דור בעץ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במשפחה שחיים באותה תקופה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סבא רבא וסבתא רבתא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ההורים של הסבא והסבתא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נכד/נכדה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או הילדה של הבן או הבת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שיש בהן אותן אותיות 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השורש מראה בעץ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הדורות הראשונים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 של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החברים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הבית שבו 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בעץ נמצא הדור הכי צעיר?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הגזע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הענפים הראשונים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הענפים החדשים והקטנים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דור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אנשים שחיים באותה תקופה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של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הילדים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מהרשימה דומה למילה 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מילים ממשפחת ג־ד־ל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העץ __________ כל שנה עוד קצת.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לסבתא יש משפחה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בנינו __________ מקוביות.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ה__________ של הדף?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לנו הרבה __________ של בגדים במשפחה.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הדורות במשפחה – מהישן לחדש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אמא ואבא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רבא וסבתא רבתא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 וסבתא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– חלקי עץ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 דור אחד בעץ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תחילת המשפחה, הדורות הראשונים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קבוצת אנשים שחיים באותה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הילד של הבן או הבת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 בין הדורות השונים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בעץ המשפחה מסמל את הדור הכי חדש.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גדל שייכת למשפחת המילים ג־ד־ל.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עץ משפחה רק בצורת עץ.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 ענף הופך ל ענפות.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ברבים שורש הופך ל שורשים.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דור הוא קבוצת אנשים שחיים באותה תקופה.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ענף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שורש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דור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נכדה ברבים: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ברבים: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השורש בעץ המשפחה?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ממשפחת ג־ד־ל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ברבים את המילה 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עץ המשפחה שלי – שורשים, גזע וענפים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