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 – שורשים, גזע וענפים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עץ משפחה מתאר דורות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ממשפחת השורש ג־ד־ל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במילים הקשורות למשפחה ולעץ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הדורות הראשונים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קבוצת אנשים שחיים באותה 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ממשפחת ג־ד־ל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הדורות במשפחה – מהישן לחדש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ואבא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חלקי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(תחילת המשפחה, הדורות הראשונים)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(מחבר בין הדורות השונים)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(מסמל דור אחד בעץ)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שחיים באותה 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השורש מסמל את הדורות הראשונים, הכי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בה את האותיות ג, ד, ל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גם במעגלים או בכל צורה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הדורות הראשונים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כמו גדל, גדולה, מגדל, גודל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ציור של עץ משפחה כדי להמחיש 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משפחת המילים ג־ד־ל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 – שורשים, גזע וענפים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שאפשר לצייר את המשפחה שלנו כמו עץ, עם שורשים, גזע וענפים, וגם מתרגלים מילים ממשפחת ג־ד־ל.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גדל  ·  שורשים  ·  ענפים  ·  גדולה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 השורש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הדורות הראשונים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הילדים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החברים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אנשים שחיים באותה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מילים ממשפחת ג־ד־ל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העץ __________ כל שנה עוד קצת.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לסבתא יש משפחה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הדורות במשפחה – מהישן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וסבתא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רבא וסבתא רבתא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ואבא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חלקי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אנשים שחיים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תחילת המשפחה, הדורות הראשונים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 בין הדורות השונים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מסמל דור אחד בעץ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בעץ המשפחה מסמל את הדור הכי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גדל שייכת למשפחת המילים ג־ד־ל.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לצייר עץ משפחה רק בצורת 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ענף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שורש ברבים: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 השורש בעץ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ממשפחת ג־ד־ל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המשפחה שלי – שורשים, גזע וענפים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